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3D88A" w14:textId="77777777" w:rsidR="00765E97" w:rsidRPr="005305DF" w:rsidRDefault="00765E97" w:rsidP="00103CED">
      <w:pPr>
        <w:spacing w:after="0" w:line="440" w:lineRule="exact"/>
        <w:rPr>
          <w:rFonts w:ascii="新細明體" w:eastAsia="新細明體" w:hAnsi="新細明體"/>
          <w:b/>
          <w:bCs/>
          <w:sz w:val="32"/>
          <w:szCs w:val="32"/>
        </w:rPr>
      </w:pPr>
      <w:r w:rsidRPr="005305DF">
        <w:rPr>
          <w:rFonts w:ascii="新細明體" w:eastAsia="新細明體" w:hAnsi="新細明體"/>
          <w:b/>
          <w:bCs/>
          <w:sz w:val="32"/>
          <w:szCs w:val="32"/>
        </w:rPr>
        <w:t>2026 Taiwan-U.S. Summit on Technology Talent, Innovative R&amp;D and Industrial Investment Cooperation</w:t>
      </w:r>
    </w:p>
    <w:p w14:paraId="4D2BFC23" w14:textId="368BA273" w:rsidR="007B44A2" w:rsidRPr="005305DF" w:rsidRDefault="00765E97" w:rsidP="00103CED">
      <w:pPr>
        <w:spacing w:after="0" w:line="440" w:lineRule="exact"/>
        <w:rPr>
          <w:rFonts w:ascii="新細明體" w:eastAsia="新細明體" w:hAnsi="新細明體" w:cs="Times New Roman"/>
          <w:kern w:val="2"/>
          <w:sz w:val="32"/>
          <w:szCs w:val="32"/>
          <w:lang w:eastAsia="zh-TW"/>
          <w14:ligatures w14:val="standardContextual"/>
        </w:rPr>
      </w:pPr>
      <w:r w:rsidRPr="005305DF">
        <w:rPr>
          <w:rFonts w:ascii="新細明體" w:eastAsia="新細明體" w:hAnsi="新細明體" w:cs="Times New Roman"/>
          <w:kern w:val="2"/>
          <w:sz w:val="32"/>
          <w:szCs w:val="32"/>
          <w:lang w:eastAsia="zh-TW"/>
          <w14:ligatures w14:val="standardContextual"/>
        </w:rPr>
        <w:t>台灣學聯 2026 臺美科技人才、創新研發暨產業投資合作高峰會</w:t>
      </w:r>
    </w:p>
    <w:p w14:paraId="4D2C5267" w14:textId="77777777" w:rsidR="00765E97" w:rsidRPr="005305DF" w:rsidRDefault="00765E97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  <w:lang w:eastAsia="zh-TW"/>
        </w:rPr>
      </w:pPr>
    </w:p>
    <w:p w14:paraId="3CE53182" w14:textId="44539318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University Technology Achievements and Collaboration Needs Application Form</w:t>
      </w:r>
    </w:p>
    <w:p w14:paraId="248FA592" w14:textId="67C84DA3" w:rsidR="006A7E80" w:rsidRPr="005305DF" w:rsidRDefault="006A7E80" w:rsidP="006A7E80">
      <w:pPr>
        <w:widowControl w:val="0"/>
        <w:spacing w:after="0" w:line="440" w:lineRule="exact"/>
        <w:rPr>
          <w:rFonts w:ascii="新細明體" w:eastAsia="新細明體" w:hAnsi="新細明體" w:cs="Times New Roman"/>
          <w:kern w:val="2"/>
          <w:sz w:val="32"/>
          <w:szCs w:val="32"/>
          <w:lang w:eastAsia="zh-TW"/>
          <w14:ligatures w14:val="standardContextual"/>
        </w:rPr>
      </w:pPr>
      <w:r w:rsidRPr="005305DF">
        <w:rPr>
          <w:rFonts w:ascii="新細明體" w:eastAsia="新細明體" w:hAnsi="新細明體" w:cs="Times New Roman"/>
          <w:kern w:val="2"/>
          <w:sz w:val="32"/>
          <w:szCs w:val="32"/>
          <w:lang w:eastAsia="zh-TW"/>
          <w14:ligatures w14:val="standardContextual"/>
        </w:rPr>
        <w:t>大學技術成果暨合作需求申請表</w:t>
      </w:r>
    </w:p>
    <w:p w14:paraId="351A7E9C" w14:textId="77777777" w:rsidR="0036388A" w:rsidRPr="001D3B8A" w:rsidRDefault="0036388A" w:rsidP="00103CED">
      <w:pPr>
        <w:spacing w:after="0" w:line="440" w:lineRule="exact"/>
        <w:rPr>
          <w:rFonts w:ascii="新細明體" w:eastAsia="新細明體" w:hAnsi="新細明體"/>
          <w:lang w:eastAsia="zh-TW"/>
        </w:rPr>
      </w:pPr>
    </w:p>
    <w:p w14:paraId="4C87C534" w14:textId="77777777" w:rsidR="00770B8B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I. Basic Information</w:t>
      </w:r>
    </w:p>
    <w:p w14:paraId="3FA9286F" w14:textId="74250D9A" w:rsidR="00DD2D78" w:rsidRPr="005305DF" w:rsidRDefault="006A7E8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Pr="005305DF">
        <w:rPr>
          <w:rFonts w:ascii="新細明體" w:eastAsia="新細明體" w:hAnsi="新細明體" w:hint="eastAsia"/>
          <w:sz w:val="28"/>
          <w:szCs w:val="28"/>
        </w:rPr>
        <w:t>基本資料</w:t>
      </w:r>
      <w:proofErr w:type="spellEnd"/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57810CDB" w14:textId="1F6C83F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① University Name:</w:t>
      </w:r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（學校名稱）</w:t>
      </w:r>
    </w:p>
    <w:p w14:paraId="0CD701EE" w14:textId="5378E7F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② College:</w:t>
      </w:r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6A7E80" w:rsidRPr="005305DF">
        <w:rPr>
          <w:rFonts w:ascii="新細明體" w:eastAsia="新細明體" w:hAnsi="新細明體" w:hint="eastAsia"/>
          <w:sz w:val="28"/>
          <w:szCs w:val="28"/>
        </w:rPr>
        <w:t>學院</w:t>
      </w:r>
      <w:proofErr w:type="spellEnd"/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2F71CF2B" w14:textId="2930DDC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③ Department / Institute / Research Center:</w:t>
      </w:r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6A7E80" w:rsidRPr="005305DF">
        <w:rPr>
          <w:rFonts w:ascii="新細明體" w:eastAsia="新細明體" w:hAnsi="新細明體" w:hint="eastAsia"/>
          <w:sz w:val="28"/>
          <w:szCs w:val="28"/>
        </w:rPr>
        <w:t>科系／研究所／研究中心</w:t>
      </w:r>
      <w:proofErr w:type="spellEnd"/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3C2577F1" w14:textId="25218E50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④ Technology Transfer Office (TTO):</w:t>
      </w:r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6A7E80" w:rsidRPr="005305DF">
        <w:rPr>
          <w:rFonts w:ascii="新細明體" w:eastAsia="新細明體" w:hAnsi="新細明體" w:hint="eastAsia"/>
          <w:sz w:val="28"/>
          <w:szCs w:val="28"/>
        </w:rPr>
        <w:t>技術移轉單位</w:t>
      </w:r>
      <w:proofErr w:type="spellEnd"/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47731CB" w14:textId="43F8884D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⑤ Professor / Research Team Name:</w:t>
      </w:r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6A7E80" w:rsidRPr="005305DF">
        <w:rPr>
          <w:rFonts w:ascii="新細明體" w:eastAsia="新細明體" w:hAnsi="新細明體" w:hint="eastAsia"/>
          <w:sz w:val="28"/>
          <w:szCs w:val="28"/>
        </w:rPr>
        <w:t>教授／研究團隊名稱</w:t>
      </w:r>
      <w:proofErr w:type="spellEnd"/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BBDF908" w14:textId="135D48C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⑥ Title:</w:t>
      </w:r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6A7E80" w:rsidRPr="005305DF">
        <w:rPr>
          <w:rFonts w:ascii="新細明體" w:eastAsia="新細明體" w:hAnsi="新細明體" w:hint="eastAsia"/>
          <w:sz w:val="28"/>
          <w:szCs w:val="28"/>
        </w:rPr>
        <w:t>職稱</w:t>
      </w:r>
      <w:proofErr w:type="spellEnd"/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7207A243" w14:textId="14CAD275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⑦ Contact Person:</w:t>
      </w:r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6A7E80" w:rsidRPr="005305DF">
        <w:rPr>
          <w:rFonts w:ascii="新細明體" w:eastAsia="新細明體" w:hAnsi="新細明體" w:hint="eastAsia"/>
          <w:sz w:val="28"/>
          <w:szCs w:val="28"/>
        </w:rPr>
        <w:t>聯絡人</w:t>
      </w:r>
      <w:proofErr w:type="spellEnd"/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29E8D602" w14:textId="7CBE29EC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⑧ E-mail:</w:t>
      </w:r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（郵件）</w:t>
      </w:r>
    </w:p>
    <w:p w14:paraId="6466D355" w14:textId="265B39F2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⑨ Phone:</w:t>
      </w:r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6A7E80" w:rsidRPr="005305DF">
        <w:rPr>
          <w:rFonts w:ascii="新細明體" w:eastAsia="新細明體" w:hAnsi="新細明體" w:hint="eastAsia"/>
          <w:sz w:val="28"/>
          <w:szCs w:val="28"/>
        </w:rPr>
        <w:t>電話</w:t>
      </w:r>
      <w:proofErr w:type="spellEnd"/>
      <w:r w:rsidR="006A7E8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1CEEF534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44D67257" w14:textId="77777777" w:rsidR="0036388A" w:rsidRPr="005305DF" w:rsidRDefault="0036388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1D9B9162" w14:textId="77777777" w:rsidR="00770B8B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II. Basic Technology Information</w:t>
      </w:r>
      <w:r w:rsidR="00994FE1" w:rsidRPr="005305DF">
        <w:rPr>
          <w:rFonts w:ascii="新細明體" w:eastAsia="新細明體" w:hAnsi="新細明體" w:hint="eastAsia"/>
          <w:b/>
          <w:bCs/>
          <w:sz w:val="28"/>
          <w:szCs w:val="28"/>
          <w:lang w:eastAsia="zh-TW"/>
        </w:rPr>
        <w:t xml:space="preserve"> </w:t>
      </w:r>
    </w:p>
    <w:p w14:paraId="57C63E17" w14:textId="25C55005" w:rsidR="00DD2D78" w:rsidRPr="005305DF" w:rsidRDefault="00994FE1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Pr="005305DF">
        <w:rPr>
          <w:rFonts w:ascii="新細明體" w:eastAsia="新細明體" w:hAnsi="新細明體" w:hint="eastAsia"/>
          <w:sz w:val="28"/>
          <w:szCs w:val="28"/>
        </w:rPr>
        <w:t>技術基本資訊</w:t>
      </w:r>
      <w:proofErr w:type="spellEnd"/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B48ECDE" w14:textId="01A45271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① Technology / Product Title: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技術／產品名稱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7B3EBCB" w14:textId="53D55B6F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② Technology Fields (Multiple selections allowed)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技術領域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，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可複選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7C69C15B" w14:textId="17FB65DC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AI Artificial Intelligence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AI人工智慧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02BAE82" w14:textId="5E562C56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Semiconductor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半導體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26D25AD0" w14:textId="2AEFD84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Robotics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機器人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EF2B022" w14:textId="4922CD39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Automation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自動化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F5BF705" w14:textId="70EA36E3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Smart Manufacturing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智慧製造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36205F99" w14:textId="64488884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Aerospace Technology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航太科技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1D364A61" w14:textId="24D853D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New Materials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新材料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6D027EE" w14:textId="1A1595DC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Optoelectronics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光電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3A98B43F" w14:textId="2D1DAA3E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lastRenderedPageBreak/>
        <w:t>□ Green Energy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綠能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F47A61D" w14:textId="598DB9CC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Communications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通訊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ABC561D" w14:textId="592E1FFB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Quantum Technology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量子科技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36407D7D" w14:textId="6618CBE9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Cybersecurity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資安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31AEDEA" w14:textId="60539D1B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Other</w:t>
      </w:r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994FE1" w:rsidRPr="005305DF">
        <w:rPr>
          <w:rFonts w:ascii="新細明體" w:eastAsia="新細明體" w:hAnsi="新細明體" w:hint="eastAsia"/>
          <w:sz w:val="28"/>
          <w:szCs w:val="28"/>
        </w:rPr>
        <w:t>其他</w:t>
      </w:r>
      <w:proofErr w:type="spellEnd"/>
      <w:r w:rsidR="00994FE1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1EDC579B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16F29EB8" w14:textId="77777777" w:rsidR="0036388A" w:rsidRPr="005305DF" w:rsidRDefault="0036388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40C37752" w14:textId="77777777" w:rsidR="00770B8B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III. Technology Overview (Please describe within 300 words)</w:t>
      </w:r>
      <w:r w:rsidR="00770B8B" w:rsidRPr="005305DF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1B260B1E" w14:textId="37BBF56F" w:rsidR="00DD2D78" w:rsidRPr="005305DF" w:rsidRDefault="00770B8B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  <w:lang w:eastAsia="zh-TW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（技術概要，請以300字內說明）</w:t>
      </w:r>
    </w:p>
    <w:p w14:paraId="1D8540F6" w14:textId="7777777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Including: Technology features / Innovativeness / Problems solved / Key advantages</w:t>
      </w:r>
    </w:p>
    <w:p w14:paraId="383BCC27" w14:textId="6913CD68" w:rsidR="00770B8B" w:rsidRPr="005305DF" w:rsidRDefault="00770B8B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r w:rsidRPr="005305DF"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  <w:t>包括，技術特色／創新性／解決哪些問題／主要優勢</w:t>
      </w:r>
      <w:r w:rsidRPr="005305DF">
        <w:rPr>
          <w:rFonts w:ascii="新細明體" w:eastAsia="新細明體" w:hAnsi="新細明體" w:cs="Times New Roman" w:hint="eastAsia"/>
          <w:kern w:val="2"/>
          <w:sz w:val="28"/>
          <w:szCs w:val="28"/>
          <w:lang w:eastAsia="zh-TW"/>
          <w14:ligatures w14:val="standardContextual"/>
        </w:rPr>
        <w:t>）</w:t>
      </w:r>
    </w:p>
    <w:p w14:paraId="1C19E6A6" w14:textId="6F5C2008" w:rsidR="00DD2D78" w:rsidRPr="005305DF" w:rsidRDefault="00000000" w:rsidP="00103CED">
      <w:pPr>
        <w:spacing w:after="0" w:line="440" w:lineRule="exact"/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</w:pPr>
      <w:r w:rsidRPr="005305DF">
        <w:rPr>
          <w:rFonts w:ascii="新細明體" w:eastAsia="新細明體" w:hAnsi="新細明體"/>
          <w:sz w:val="28"/>
          <w:szCs w:val="28"/>
          <w:lang w:eastAsia="zh-TW"/>
        </w:rPr>
        <w:t>Answer</w:t>
      </w:r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r w:rsidR="00770B8B" w:rsidRPr="005305DF"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  <w:t>回答</w:t>
      </w:r>
      <w:r w:rsidR="00770B8B" w:rsidRPr="005305DF">
        <w:rPr>
          <w:rFonts w:ascii="新細明體" w:eastAsia="新細明體" w:hAnsi="新細明體" w:cs="Times New Roman" w:hint="eastAsia"/>
          <w:kern w:val="2"/>
          <w:sz w:val="28"/>
          <w:szCs w:val="28"/>
          <w:lang w:eastAsia="zh-TW"/>
          <w14:ligatures w14:val="standardContextual"/>
        </w:rPr>
        <w:t>）</w:t>
      </w:r>
      <w:r w:rsidRPr="005305DF">
        <w:rPr>
          <w:rFonts w:ascii="新細明體" w:eastAsia="新細明體" w:hAnsi="新細明體"/>
          <w:sz w:val="28"/>
          <w:szCs w:val="28"/>
          <w:lang w:eastAsia="zh-TW"/>
        </w:rPr>
        <w:t>:</w:t>
      </w:r>
      <w:r w:rsidR="00770B8B" w:rsidRPr="005305DF">
        <w:rPr>
          <w:rFonts w:ascii="新細明體" w:eastAsia="新細明體" w:hAnsi="新細明體" w:cs="Times New Roman" w:hint="eastAsia"/>
          <w:kern w:val="2"/>
          <w:sz w:val="28"/>
          <w:szCs w:val="28"/>
          <w:lang w:eastAsia="zh-TW"/>
          <w14:ligatures w14:val="standardContextual"/>
        </w:rPr>
        <w:t xml:space="preserve"> </w:t>
      </w:r>
    </w:p>
    <w:p w14:paraId="6A416500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78BB5207" w14:textId="77777777" w:rsidR="0036388A" w:rsidRPr="005305DF" w:rsidRDefault="0036388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28B23A82" w14:textId="7777777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IV. Current Development Achievements, please check:</w:t>
      </w:r>
    </w:p>
    <w:p w14:paraId="357B2BE1" w14:textId="7F0F2654" w:rsidR="00770B8B" w:rsidRPr="005305DF" w:rsidRDefault="00770B8B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  <w:lang w:eastAsia="zh-TW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（目前開發成果，請勾選）</w:t>
      </w:r>
    </w:p>
    <w:p w14:paraId="587B5CA6" w14:textId="0662DE56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Proof of Concept</w:t>
      </w:r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70B8B" w:rsidRPr="005305DF">
        <w:rPr>
          <w:rFonts w:ascii="新細明體" w:eastAsia="新細明體" w:hAnsi="新細明體" w:hint="eastAsia"/>
          <w:sz w:val="28"/>
          <w:szCs w:val="28"/>
        </w:rPr>
        <w:t>概念驗證</w:t>
      </w:r>
      <w:proofErr w:type="spellEnd"/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F9E3AD4" w14:textId="19F83620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Prototype</w:t>
      </w:r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70B8B" w:rsidRPr="005305DF">
        <w:rPr>
          <w:rFonts w:ascii="新細明體" w:eastAsia="新細明體" w:hAnsi="新細明體" w:hint="eastAsia"/>
          <w:sz w:val="28"/>
          <w:szCs w:val="28"/>
        </w:rPr>
        <w:t>原型</w:t>
      </w:r>
      <w:proofErr w:type="spellEnd"/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443876B" w14:textId="62413BE5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Testing Completed</w:t>
      </w:r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70B8B" w:rsidRPr="005305DF">
        <w:rPr>
          <w:rFonts w:ascii="新細明體" w:eastAsia="新細明體" w:hAnsi="新細明體" w:hint="eastAsia"/>
          <w:sz w:val="28"/>
          <w:szCs w:val="28"/>
        </w:rPr>
        <w:t>已完成測試</w:t>
      </w:r>
      <w:proofErr w:type="spellEnd"/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DAEFABF" w14:textId="2021E072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Has Customers</w:t>
      </w:r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70B8B" w:rsidRPr="005305DF">
        <w:rPr>
          <w:rFonts w:ascii="新細明體" w:eastAsia="新細明體" w:hAnsi="新細明體" w:hint="eastAsia"/>
          <w:sz w:val="28"/>
          <w:szCs w:val="28"/>
        </w:rPr>
        <w:t>已有客戶</w:t>
      </w:r>
      <w:proofErr w:type="spellEnd"/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CD65A49" w14:textId="4EAC4B95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Commercialized</w:t>
      </w:r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70B8B" w:rsidRPr="005305DF">
        <w:rPr>
          <w:rFonts w:ascii="新細明體" w:eastAsia="新細明體" w:hAnsi="新細明體" w:hint="eastAsia"/>
          <w:sz w:val="28"/>
          <w:szCs w:val="28"/>
        </w:rPr>
        <w:t>已商品化</w:t>
      </w:r>
      <w:proofErr w:type="spellEnd"/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765287BF" w14:textId="42DC689F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Mass Production</w:t>
      </w:r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70B8B" w:rsidRPr="005305DF">
        <w:rPr>
          <w:rFonts w:ascii="新細明體" w:eastAsia="新細明體" w:hAnsi="新細明體" w:hint="eastAsia"/>
          <w:sz w:val="28"/>
          <w:szCs w:val="28"/>
        </w:rPr>
        <w:t>已量產</w:t>
      </w:r>
      <w:proofErr w:type="spellEnd"/>
      <w:r w:rsidR="00770B8B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2CA1C925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46A6D1CB" w14:textId="77777777" w:rsidR="0036388A" w:rsidRPr="005305DF" w:rsidRDefault="0036388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572E9383" w14:textId="7777777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V. Technology Readiness Level (TRL), please check:</w:t>
      </w:r>
    </w:p>
    <w:p w14:paraId="40B041C4" w14:textId="31BB5908" w:rsidR="00770B8B" w:rsidRPr="005305DF" w:rsidRDefault="00770B8B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  <w:lang w:eastAsia="zh-TW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（技術成熟度（TRL），請勾選）</w:t>
      </w:r>
    </w:p>
    <w:p w14:paraId="30DDDC70" w14:textId="026F190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TRL 1 Basic Research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基礎研究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A5E71FB" w14:textId="7B203A9E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TRL 2 Technology Concept Formulation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技術概念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244773FD" w14:textId="1E75C321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TRL 3 Experimental Proof of Concept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實驗驗證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4398786" w14:textId="26CB799E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TRL 4 Laboratory Prototype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實驗室原型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E111EFC" w14:textId="670577D1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TRL 5 Medium-Scale Validation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中型驗證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1DE7453" w14:textId="57D26976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TRL 6 Engineering Prototype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工程原型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E2178A2" w14:textId="3E24BA38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lastRenderedPageBreak/>
        <w:t>□ TRL 7 Field Testing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場域測試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351DA895" w14:textId="47D9A4B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TRL 8 Commercial Validation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商業驗證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DD92BC7" w14:textId="2208D4D5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TRL 9 Commercialized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已商業化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1CB58FAE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3609D446" w14:textId="77777777" w:rsidR="0036388A" w:rsidRPr="005305DF" w:rsidRDefault="0036388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6DE9453C" w14:textId="77777777" w:rsidR="001F3B27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 xml:space="preserve">VI. Intellectual Property Rights, are there existing </w:t>
      </w:r>
      <w:proofErr w:type="gramStart"/>
      <w:r w:rsidRPr="005305DF">
        <w:rPr>
          <w:rFonts w:ascii="新細明體" w:eastAsia="新細明體" w:hAnsi="新細明體"/>
          <w:b/>
          <w:bCs/>
          <w:sz w:val="28"/>
          <w:szCs w:val="28"/>
        </w:rPr>
        <w:t>patents:</w:t>
      </w:r>
      <w:r w:rsidR="001F3B27" w:rsidRPr="005305DF">
        <w:rPr>
          <w:rFonts w:ascii="新細明體" w:eastAsia="新細明體" w:hAnsi="新細明體" w:hint="eastAsia"/>
          <w:b/>
          <w:bCs/>
          <w:sz w:val="28"/>
          <w:szCs w:val="28"/>
          <w:lang w:eastAsia="zh-TW"/>
        </w:rPr>
        <w:t>.</w:t>
      </w:r>
      <w:proofErr w:type="gramEnd"/>
      <w:r w:rsidR="001F3B27" w:rsidRPr="005305DF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1F714E5B" w14:textId="764F60DA" w:rsidR="00DD2D78" w:rsidRPr="005305DF" w:rsidRDefault="001F3B27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  <w:lang w:eastAsia="zh-TW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（智慧財產權，是否已有專利）</w:t>
      </w:r>
    </w:p>
    <w:p w14:paraId="58D7C376" w14:textId="784BC905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Patent Obtained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已取得專利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8726DDE" w14:textId="67C9C15B" w:rsidR="00DD2D78" w:rsidRPr="005305DF" w:rsidRDefault="0092193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    </w:t>
      </w:r>
      <w:r w:rsidRPr="005305DF">
        <w:rPr>
          <w:rFonts w:ascii="新細明體" w:eastAsia="新細明體" w:hAnsi="新細明體"/>
          <w:sz w:val="28"/>
          <w:szCs w:val="28"/>
        </w:rPr>
        <w:t>Patent Name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專利名稱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</w:t>
      </w:r>
    </w:p>
    <w:p w14:paraId="08EDBBFD" w14:textId="3E57465D" w:rsidR="00DD2D78" w:rsidRPr="005305DF" w:rsidRDefault="0092193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    </w:t>
      </w:r>
      <w:r w:rsidRPr="005305DF">
        <w:rPr>
          <w:rFonts w:ascii="新細明體" w:eastAsia="新細明體" w:hAnsi="新細明體"/>
          <w:sz w:val="28"/>
          <w:szCs w:val="28"/>
        </w:rPr>
        <w:t>Patent Country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專利國家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23518053" w14:textId="4C33764B" w:rsidR="00DD2D78" w:rsidRPr="005305DF" w:rsidRDefault="0092193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    </w:t>
      </w:r>
      <w:r w:rsidRPr="005305DF">
        <w:rPr>
          <w:rFonts w:ascii="新細明體" w:eastAsia="新細明體" w:hAnsi="新細明體"/>
          <w:sz w:val="28"/>
          <w:szCs w:val="28"/>
        </w:rPr>
        <w:t>Patent Number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專利號碼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08B4B876" w14:textId="456BA5F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Patent Applied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已申請專利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18154536" w14:textId="1FC0E05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Not Yet Applied</w:t>
      </w:r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1F3B27" w:rsidRPr="005305DF">
        <w:rPr>
          <w:rFonts w:ascii="新細明體" w:eastAsia="新細明體" w:hAnsi="新細明體" w:hint="eastAsia"/>
          <w:sz w:val="28"/>
          <w:szCs w:val="28"/>
        </w:rPr>
        <w:t>尚未申請</w:t>
      </w:r>
      <w:proofErr w:type="spellEnd"/>
      <w:r w:rsidR="001F3B27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21A189DD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423074D6" w14:textId="77777777" w:rsidR="0036388A" w:rsidRPr="005305DF" w:rsidRDefault="0036388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030CE0E4" w14:textId="7777777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VII. Current Collaboration Needs (Multiple selections allowed):</w:t>
      </w:r>
    </w:p>
    <w:p w14:paraId="3368B76B" w14:textId="2CF93703" w:rsidR="000D76F3" w:rsidRPr="005305DF" w:rsidRDefault="000D76F3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  <w:lang w:eastAsia="zh-TW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（目前合作需求，可複選）</w:t>
      </w:r>
    </w:p>
    <w:p w14:paraId="201C4E1E" w14:textId="49755FD5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Technology Licensing</w:t>
      </w:r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0D76F3" w:rsidRPr="005305DF">
        <w:rPr>
          <w:rFonts w:ascii="新細明體" w:eastAsia="新細明體" w:hAnsi="新細明體" w:hint="eastAsia"/>
          <w:sz w:val="28"/>
          <w:szCs w:val="28"/>
        </w:rPr>
        <w:t>技術授權</w:t>
      </w:r>
      <w:proofErr w:type="spellEnd"/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78ED8CB8" w14:textId="36EA3CAE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Joint R&amp;D</w:t>
      </w:r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0D76F3" w:rsidRPr="005305DF">
        <w:rPr>
          <w:rFonts w:ascii="新細明體" w:eastAsia="新細明體" w:hAnsi="新細明體" w:hint="eastAsia"/>
          <w:sz w:val="28"/>
          <w:szCs w:val="28"/>
        </w:rPr>
        <w:t>共同研發</w:t>
      </w:r>
      <w:proofErr w:type="spellEnd"/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C3C6C0C" w14:textId="4C25B436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Proof of Concept (PoC)</w:t>
      </w:r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0D76F3" w:rsidRPr="005305DF">
        <w:rPr>
          <w:rFonts w:ascii="新細明體" w:eastAsia="新細明體" w:hAnsi="新細明體" w:hint="eastAsia"/>
          <w:sz w:val="28"/>
          <w:szCs w:val="28"/>
        </w:rPr>
        <w:t>技術驗證</w:t>
      </w:r>
      <w:proofErr w:type="spellEnd"/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509F647" w14:textId="5326B1EE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Prototype Co-development</w:t>
      </w:r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0D76F3" w:rsidRPr="005305DF">
        <w:rPr>
          <w:rFonts w:ascii="新細明體" w:eastAsia="新細明體" w:hAnsi="新細明體" w:hint="eastAsia"/>
          <w:sz w:val="28"/>
          <w:szCs w:val="28"/>
        </w:rPr>
        <w:t>共同開發</w:t>
      </w:r>
      <w:proofErr w:type="spellEnd"/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2A39ED8B" w14:textId="0E84E5AF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OEM Collaboration</w:t>
      </w:r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0D76F3" w:rsidRPr="005305DF">
        <w:rPr>
          <w:rFonts w:ascii="新細明體" w:eastAsia="新細明體" w:hAnsi="新細明體" w:hint="eastAsia"/>
          <w:sz w:val="28"/>
          <w:szCs w:val="28"/>
        </w:rPr>
        <w:t>OEM合作</w:t>
      </w:r>
      <w:proofErr w:type="spellEnd"/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B5AA89E" w14:textId="1B6C2578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ODM Collaboration</w:t>
      </w:r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0D76F3" w:rsidRPr="005305DF">
        <w:rPr>
          <w:rFonts w:ascii="新細明體" w:eastAsia="新細明體" w:hAnsi="新細明體" w:hint="eastAsia"/>
          <w:sz w:val="28"/>
          <w:szCs w:val="28"/>
        </w:rPr>
        <w:t>ODM合作</w:t>
      </w:r>
      <w:proofErr w:type="spellEnd"/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300374F0" w14:textId="3FE95973" w:rsidR="00DD2D78" w:rsidRPr="005305DF" w:rsidRDefault="00000000" w:rsidP="00103CED">
      <w:pPr>
        <w:spacing w:after="0" w:line="440" w:lineRule="exact"/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</w:pPr>
      <w:r w:rsidRPr="005305DF">
        <w:rPr>
          <w:rFonts w:ascii="新細明體" w:eastAsia="新細明體" w:hAnsi="新細明體"/>
          <w:sz w:val="28"/>
          <w:szCs w:val="28"/>
        </w:rPr>
        <w:t>□ Clinical Collaboration</w:t>
      </w:r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r w:rsidR="000D76F3" w:rsidRPr="005305DF"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  <w:t>臨床合作</w:t>
      </w:r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FA9F63B" w14:textId="01D5B143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Industry-Academia Collaboration</w:t>
      </w:r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0D76F3" w:rsidRPr="005305DF">
        <w:rPr>
          <w:rFonts w:ascii="新細明體" w:eastAsia="新細明體" w:hAnsi="新細明體" w:hint="eastAsia"/>
          <w:sz w:val="28"/>
          <w:szCs w:val="28"/>
        </w:rPr>
        <w:t>產學合作</w:t>
      </w:r>
      <w:proofErr w:type="spellEnd"/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657DD26" w14:textId="7DFDFDED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Investment Collaboration</w:t>
      </w:r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0D76F3" w:rsidRPr="005305DF">
        <w:rPr>
          <w:rFonts w:ascii="新細明體" w:eastAsia="新細明體" w:hAnsi="新細明體" w:hint="eastAsia"/>
          <w:sz w:val="28"/>
          <w:szCs w:val="28"/>
        </w:rPr>
        <w:t>投資合作</w:t>
      </w:r>
      <w:proofErr w:type="spellEnd"/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73CBB89E" w14:textId="767C525D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Seeking Startup Teams</w:t>
      </w:r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0D76F3" w:rsidRPr="005305DF">
        <w:rPr>
          <w:rFonts w:ascii="新細明體" w:eastAsia="新細明體" w:hAnsi="新細明體" w:hint="eastAsia"/>
          <w:sz w:val="28"/>
          <w:szCs w:val="28"/>
        </w:rPr>
        <w:t>尋找新創團隊</w:t>
      </w:r>
      <w:proofErr w:type="spellEnd"/>
      <w:r w:rsidR="0078013D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9767FFB" w14:textId="71B73C69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Establish Spin-off (University Spinoff Company)</w:t>
      </w:r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0D76F3" w:rsidRPr="005305DF">
        <w:rPr>
          <w:rFonts w:ascii="新細明體" w:eastAsia="新細明體" w:hAnsi="新細明體" w:hint="eastAsia"/>
          <w:sz w:val="28"/>
          <w:szCs w:val="28"/>
        </w:rPr>
        <w:t>成立Spin-off大學衍生公司</w:t>
      </w:r>
      <w:proofErr w:type="spellEnd"/>
      <w:r w:rsidR="000D76F3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746E4551" w14:textId="0AC46F32" w:rsidR="000D76F3" w:rsidRPr="005305DF" w:rsidRDefault="000D76F3" w:rsidP="000D76F3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Other</w:t>
      </w: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Pr="005305DF">
        <w:rPr>
          <w:rFonts w:ascii="新細明體" w:eastAsia="新細明體" w:hAnsi="新細明體" w:hint="eastAsia"/>
          <w:sz w:val="28"/>
          <w:szCs w:val="28"/>
        </w:rPr>
        <w:t>其他</w:t>
      </w:r>
      <w:proofErr w:type="spellEnd"/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64DF4CB0" w14:textId="68B149EF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6FEE6E53" w14:textId="77777777" w:rsidR="0036388A" w:rsidRDefault="0036388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40FE926E" w14:textId="77777777" w:rsidR="00D7788C" w:rsidRPr="005305DF" w:rsidRDefault="00D7788C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0218A052" w14:textId="7777777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lastRenderedPageBreak/>
        <w:t>VIII. Expected Collaboration Industries:</w:t>
      </w:r>
    </w:p>
    <w:p w14:paraId="18CE1A9C" w14:textId="2C73F2CC" w:rsidR="007448B0" w:rsidRPr="005305DF" w:rsidRDefault="007448B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Pr="005305DF">
        <w:rPr>
          <w:rFonts w:ascii="新細明體" w:eastAsia="新細明體" w:hAnsi="新細明體" w:hint="eastAsia"/>
          <w:sz w:val="28"/>
          <w:szCs w:val="28"/>
        </w:rPr>
        <w:t>預計合作產業</w:t>
      </w:r>
      <w:proofErr w:type="spellEnd"/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5CB1EFE" w14:textId="7DF23824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Semiconductor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半導體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5C70A867" w14:textId="5060C021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AI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AI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8F955BE" w14:textId="260B0EA6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Electronics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電子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05B3EE1" w14:textId="2AB77FFE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ICT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ICT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78803F3" w14:textId="68D2C0B1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Robotics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機器人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D233C5E" w14:textId="7BD4F1D1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Aerospace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航太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5BCFAFD9" w14:textId="334DD4F0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Defense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國防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999FF88" w14:textId="5CB5EA1F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Automotive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汽車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33ECED3B" w14:textId="49E37F9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ESG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ESG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2355CEB2" w14:textId="4BEED853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Energy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能源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2DE74979" w14:textId="37A316B4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Chemical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化工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1CFA7363" w14:textId="06AAD67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Materials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材料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F295AEE" w14:textId="24EDB98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□ EdTech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教育科技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0923E9F" w14:textId="62F2CD0D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Other</w:t>
      </w:r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7448B0" w:rsidRPr="005305DF">
        <w:rPr>
          <w:rFonts w:ascii="新細明體" w:eastAsia="新細明體" w:hAnsi="新細明體" w:hint="eastAsia"/>
          <w:sz w:val="28"/>
          <w:szCs w:val="28"/>
        </w:rPr>
        <w:t>其他</w:t>
      </w:r>
      <w:proofErr w:type="spellEnd"/>
      <w:r w:rsidR="007448B0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21C3797C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31495216" w14:textId="77777777" w:rsidR="0036388A" w:rsidRPr="005305DF" w:rsidRDefault="0036388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05790B4B" w14:textId="7777777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IX. Technology Advantages:</w:t>
      </w:r>
    </w:p>
    <w:p w14:paraId="35ACF34E" w14:textId="5E01DB40" w:rsidR="0092193A" w:rsidRPr="005305DF" w:rsidRDefault="0092193A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  <w:lang w:eastAsia="zh-TW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Pr="005305DF">
        <w:rPr>
          <w:rFonts w:ascii="新細明體" w:eastAsia="新細明體" w:hAnsi="新細明體" w:hint="eastAsia"/>
          <w:sz w:val="28"/>
          <w:szCs w:val="28"/>
        </w:rPr>
        <w:t>技術優勢</w:t>
      </w:r>
      <w:proofErr w:type="spellEnd"/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2BD80526" w14:textId="77777777" w:rsidR="0092193A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Please briefly describe the advantages / cost / efficiency / patent barriers / market competitiveness </w:t>
      </w:r>
    </w:p>
    <w:p w14:paraId="0FB2F233" w14:textId="4080C1DC" w:rsidR="00DD2D78" w:rsidRPr="005305DF" w:rsidRDefault="00000000" w:rsidP="0092193A">
      <w:pPr>
        <w:widowControl w:val="0"/>
        <w:spacing w:after="0" w:line="440" w:lineRule="exact"/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compared to existing market </w:t>
      </w:r>
      <w:proofErr w:type="gramStart"/>
      <w:r w:rsidRPr="005305DF">
        <w:rPr>
          <w:rFonts w:ascii="新細明體" w:eastAsia="新細明體" w:hAnsi="新細明體"/>
          <w:sz w:val="28"/>
          <w:szCs w:val="28"/>
        </w:rPr>
        <w:t>technologies.</w:t>
      </w:r>
      <w:r w:rsidR="0092193A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gramEnd"/>
      <w:r w:rsidR="0092193A" w:rsidRPr="005305DF"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  <w:t>請簡述，相較市場既有技術之優勢／成本／效率／專利壁壘／市場競爭力</w:t>
      </w:r>
      <w:r w:rsidR="0092193A" w:rsidRPr="005305DF">
        <w:rPr>
          <w:rFonts w:ascii="新細明體" w:eastAsia="新細明體" w:hAnsi="新細明體" w:cs="Times New Roman" w:hint="eastAsia"/>
          <w:kern w:val="2"/>
          <w:sz w:val="28"/>
          <w:szCs w:val="28"/>
          <w:lang w:eastAsia="zh-TW"/>
          <w14:ligatures w14:val="standardContextual"/>
        </w:rPr>
        <w:t>）</w:t>
      </w:r>
    </w:p>
    <w:p w14:paraId="5F02451B" w14:textId="09AF5BDD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Answer</w:t>
      </w:r>
      <w:r w:rsidR="0092193A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（回答）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2E5CBE58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2FFF51A4" w14:textId="77777777" w:rsidR="0092193A" w:rsidRPr="005305DF" w:rsidRDefault="0092193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75220EAE" w14:textId="7777777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X. Market Applications</w:t>
      </w:r>
    </w:p>
    <w:p w14:paraId="144A4A75" w14:textId="6E2243C0" w:rsidR="005D16EF" w:rsidRPr="005305DF" w:rsidRDefault="005D16EF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Pr="005305DF">
        <w:rPr>
          <w:rFonts w:ascii="新細明體" w:eastAsia="新細明體" w:hAnsi="新細明體" w:hint="eastAsia"/>
          <w:sz w:val="28"/>
          <w:szCs w:val="28"/>
        </w:rPr>
        <w:t>市場應用</w:t>
      </w:r>
      <w:proofErr w:type="spellEnd"/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369A0E84" w14:textId="4AC9658E" w:rsidR="00DD2D78" w:rsidRPr="005305DF" w:rsidRDefault="00000000" w:rsidP="00103CED">
      <w:pPr>
        <w:spacing w:after="0" w:line="440" w:lineRule="exact"/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</w:pPr>
      <w:r w:rsidRPr="005305DF">
        <w:rPr>
          <w:rFonts w:ascii="新細明體" w:eastAsia="新細明體" w:hAnsi="新細明體"/>
          <w:sz w:val="28"/>
          <w:szCs w:val="28"/>
        </w:rPr>
        <w:t>Applicable industries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r w:rsidR="005D16EF" w:rsidRPr="005305DF"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  <w:t>可應用於哪些產業</w:t>
      </w:r>
      <w:r w:rsidR="005D16EF" w:rsidRPr="005305DF">
        <w:rPr>
          <w:rFonts w:ascii="新細明體" w:eastAsia="新細明體" w:hAnsi="新細明體" w:cs="Times New Roman" w:hint="eastAsia"/>
          <w:kern w:val="2"/>
          <w:sz w:val="28"/>
          <w:szCs w:val="28"/>
          <w:lang w:eastAsia="zh-TW"/>
          <w14:ligatures w14:val="standardContextual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4F2BA79B" w14:textId="56071A01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Estimated market size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D16EF" w:rsidRPr="005305DF">
        <w:rPr>
          <w:rFonts w:ascii="新細明體" w:eastAsia="新細明體" w:hAnsi="新細明體" w:hint="eastAsia"/>
          <w:sz w:val="28"/>
          <w:szCs w:val="28"/>
        </w:rPr>
        <w:t>預估市場規模</w:t>
      </w:r>
      <w:proofErr w:type="spellEnd"/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18B92E99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3C62D523" w14:textId="77777777" w:rsidR="0036388A" w:rsidRPr="005305DF" w:rsidRDefault="0036388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58C9D45A" w14:textId="7777777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lastRenderedPageBreak/>
        <w:t>XI. Desired Type of Collaborating Enterprises</w:t>
      </w:r>
    </w:p>
    <w:p w14:paraId="67AC84D8" w14:textId="2E186A71" w:rsidR="005D16EF" w:rsidRPr="005305DF" w:rsidRDefault="005D16EF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Pr="005305DF">
        <w:rPr>
          <w:rFonts w:ascii="新細明體" w:eastAsia="新細明體" w:hAnsi="新細明體" w:hint="eastAsia"/>
          <w:sz w:val="28"/>
          <w:szCs w:val="28"/>
        </w:rPr>
        <w:t>希望合作企業類型</w:t>
      </w:r>
      <w:proofErr w:type="spellEnd"/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51E461E0" w14:textId="3FEB9C4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Large Enterprises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D16EF" w:rsidRPr="005305DF">
        <w:rPr>
          <w:rFonts w:ascii="新細明體" w:eastAsia="新細明體" w:hAnsi="新細明體" w:hint="eastAsia"/>
          <w:sz w:val="28"/>
          <w:szCs w:val="28"/>
        </w:rPr>
        <w:t>大型企業</w:t>
      </w:r>
      <w:proofErr w:type="spellEnd"/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418BBEC5" w14:textId="4CD72882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Small and Medium-sized Enterprises (SMEs)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r w:rsidR="005D16EF" w:rsidRPr="005305DF">
        <w:rPr>
          <w:rFonts w:ascii="新細明體" w:eastAsia="新細明體" w:hAnsi="新細明體" w:hint="eastAsia"/>
          <w:sz w:val="28"/>
          <w:szCs w:val="28"/>
        </w:rPr>
        <w:t xml:space="preserve"> </w:t>
      </w:r>
      <w:proofErr w:type="spellStart"/>
      <w:r w:rsidR="005D16EF" w:rsidRPr="005305DF">
        <w:rPr>
          <w:rFonts w:ascii="新細明體" w:eastAsia="新細明體" w:hAnsi="新細明體" w:hint="eastAsia"/>
          <w:sz w:val="28"/>
          <w:szCs w:val="28"/>
        </w:rPr>
        <w:t>中小企業</w:t>
      </w:r>
      <w:proofErr w:type="spellEnd"/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292250BA" w14:textId="7539DF76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Startups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D16EF" w:rsidRPr="005305DF">
        <w:rPr>
          <w:rFonts w:ascii="新細明體" w:eastAsia="新細明體" w:hAnsi="新細明體" w:hint="eastAsia"/>
          <w:sz w:val="28"/>
          <w:szCs w:val="28"/>
        </w:rPr>
        <w:t>新創公司</w:t>
      </w:r>
      <w:proofErr w:type="spellEnd"/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247FBC26" w14:textId="25F4E8E0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Venture Capital (VC)</w:t>
      </w:r>
      <w:r w:rsidR="005D16EF" w:rsidRPr="005305DF"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D16EF" w:rsidRPr="005305DF">
        <w:rPr>
          <w:rFonts w:ascii="新細明體" w:eastAsia="新細明體" w:hAnsi="新細明體" w:hint="eastAsia"/>
          <w:sz w:val="28"/>
          <w:szCs w:val="28"/>
        </w:rPr>
        <w:t>創投</w:t>
      </w:r>
      <w:proofErr w:type="spellEnd"/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5361C9B5" w14:textId="483EA2B6" w:rsidR="00DD2D78" w:rsidRPr="005305DF" w:rsidRDefault="00000000" w:rsidP="00103CED">
      <w:pPr>
        <w:spacing w:after="0" w:line="440" w:lineRule="exact"/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</w:pPr>
      <w:r w:rsidRPr="005305DF">
        <w:rPr>
          <w:rFonts w:ascii="新細明體" w:eastAsia="新細明體" w:hAnsi="新細明體"/>
          <w:sz w:val="28"/>
          <w:szCs w:val="28"/>
        </w:rPr>
        <w:t>□ Government Research Institutions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r w:rsidR="005D16EF" w:rsidRPr="005305DF"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  <w:t>政府研究機構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6983FEAA" w14:textId="3F969B2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Manufacturers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D16EF" w:rsidRPr="005305DF">
        <w:rPr>
          <w:rFonts w:ascii="新細明體" w:eastAsia="新細明體" w:hAnsi="新細明體" w:hint="eastAsia"/>
          <w:sz w:val="28"/>
          <w:szCs w:val="28"/>
        </w:rPr>
        <w:t>製造商</w:t>
      </w:r>
      <w:proofErr w:type="spellEnd"/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07CDBEC4" w14:textId="08351729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System Integrators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D16EF" w:rsidRPr="005305DF">
        <w:rPr>
          <w:rFonts w:ascii="新細明體" w:eastAsia="新細明體" w:hAnsi="新細明體" w:hint="eastAsia"/>
          <w:sz w:val="28"/>
          <w:szCs w:val="28"/>
        </w:rPr>
        <w:t>系統整合商</w:t>
      </w:r>
      <w:proofErr w:type="spellEnd"/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7B1C141B" w14:textId="0FCB602B" w:rsidR="00DD2D78" w:rsidRPr="005305DF" w:rsidRDefault="00000000" w:rsidP="00103CED">
      <w:pPr>
        <w:spacing w:after="0" w:line="440" w:lineRule="exact"/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</w:pPr>
      <w:r w:rsidRPr="005305DF">
        <w:rPr>
          <w:rFonts w:ascii="新細明體" w:eastAsia="新細明體" w:hAnsi="新細明體"/>
          <w:sz w:val="28"/>
          <w:szCs w:val="28"/>
        </w:rPr>
        <w:t>□ Channel Partners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r w:rsidR="005D16EF" w:rsidRPr="005305DF">
        <w:rPr>
          <w:rFonts w:ascii="新細明體" w:eastAsia="新細明體" w:hAnsi="新細明體" w:cs="Times New Roman"/>
          <w:kern w:val="2"/>
          <w:sz w:val="28"/>
          <w:szCs w:val="28"/>
          <w:lang w:eastAsia="zh-TW"/>
          <w14:ligatures w14:val="standardContextual"/>
        </w:rPr>
        <w:t>通路商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7F3C44C5" w14:textId="77C62295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Other</w:t>
      </w:r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D16EF" w:rsidRPr="005305DF">
        <w:rPr>
          <w:rFonts w:ascii="新細明體" w:eastAsia="新細明體" w:hAnsi="新細明體" w:hint="eastAsia"/>
          <w:sz w:val="28"/>
          <w:szCs w:val="28"/>
        </w:rPr>
        <w:t>其他</w:t>
      </w:r>
      <w:proofErr w:type="spellEnd"/>
      <w:r w:rsidR="005D16E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1508B25A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241ED7F6" w14:textId="77777777" w:rsidR="00780F03" w:rsidRPr="005305DF" w:rsidRDefault="00780F03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4627283C" w14:textId="7777777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XII. Exhibition Content, will it be exhibited this time:</w:t>
      </w:r>
    </w:p>
    <w:p w14:paraId="11376FD0" w14:textId="10BCFB6F" w:rsidR="00B9156F" w:rsidRPr="005305DF" w:rsidRDefault="00B9156F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  <w:lang w:eastAsia="zh-TW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（展示內容，本次是否展示）</w:t>
      </w:r>
    </w:p>
    <w:p w14:paraId="673F6A93" w14:textId="787F15DD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□ </w:t>
      </w:r>
      <w:proofErr w:type="spellStart"/>
      <w:r w:rsidRPr="005305DF">
        <w:rPr>
          <w:rFonts w:ascii="新細明體" w:eastAsia="新細明體" w:hAnsi="新細明體"/>
          <w:sz w:val="28"/>
          <w:szCs w:val="28"/>
        </w:rPr>
        <w:t>Prototype</w:t>
      </w:r>
      <w:r w:rsidR="00B9156F" w:rsidRPr="005305DF">
        <w:rPr>
          <w:rFonts w:ascii="新細明體" w:eastAsia="新細明體" w:hAnsi="新細明體" w:hint="eastAsia"/>
          <w:sz w:val="28"/>
          <w:szCs w:val="28"/>
        </w:rPr>
        <w:t>（原型</w:t>
      </w:r>
      <w:proofErr w:type="spellEnd"/>
      <w:r w:rsidR="00B9156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06E86F02" w14:textId="5363E86F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□ </w:t>
      </w:r>
      <w:proofErr w:type="spellStart"/>
      <w:r w:rsidRPr="005305DF">
        <w:rPr>
          <w:rFonts w:ascii="新細明體" w:eastAsia="新細明體" w:hAnsi="新細明體"/>
          <w:sz w:val="28"/>
          <w:szCs w:val="28"/>
        </w:rPr>
        <w:t>Sample</w:t>
      </w:r>
      <w:r w:rsidR="00B9156F" w:rsidRPr="005305DF">
        <w:rPr>
          <w:rFonts w:ascii="新細明體" w:eastAsia="新細明體" w:hAnsi="新細明體" w:hint="eastAsia"/>
          <w:sz w:val="28"/>
          <w:szCs w:val="28"/>
        </w:rPr>
        <w:t>（樣品</w:t>
      </w:r>
      <w:proofErr w:type="spellEnd"/>
      <w:r w:rsidR="00B9156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1DF75EE5" w14:textId="3AD8C2A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Demo</w:t>
      </w:r>
      <w:r w:rsidR="00B9156F" w:rsidRPr="005305DF">
        <w:rPr>
          <w:rFonts w:ascii="新細明體" w:eastAsia="新細明體" w:hAnsi="新細明體" w:hint="eastAsia"/>
          <w:sz w:val="28"/>
          <w:szCs w:val="28"/>
        </w:rPr>
        <w:t>（ Demo）</w:t>
      </w:r>
    </w:p>
    <w:p w14:paraId="36002F63" w14:textId="3A519C5E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□ AI </w:t>
      </w:r>
      <w:proofErr w:type="spellStart"/>
      <w:r w:rsidRPr="005305DF">
        <w:rPr>
          <w:rFonts w:ascii="新細明體" w:eastAsia="新細明體" w:hAnsi="新細明體"/>
          <w:sz w:val="28"/>
          <w:szCs w:val="28"/>
        </w:rPr>
        <w:t>System</w:t>
      </w:r>
      <w:r w:rsidR="00B9156F" w:rsidRPr="005305DF">
        <w:rPr>
          <w:rFonts w:ascii="新細明體" w:eastAsia="新細明體" w:hAnsi="新細明體" w:hint="eastAsia"/>
          <w:sz w:val="28"/>
          <w:szCs w:val="28"/>
        </w:rPr>
        <w:t>（AI系統</w:t>
      </w:r>
      <w:proofErr w:type="spellEnd"/>
      <w:r w:rsidR="00B9156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4026CBA5" w14:textId="28B0D385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□ Software </w:t>
      </w:r>
      <w:proofErr w:type="spellStart"/>
      <w:r w:rsidRPr="005305DF">
        <w:rPr>
          <w:rFonts w:ascii="新細明體" w:eastAsia="新細明體" w:hAnsi="新細明體"/>
          <w:sz w:val="28"/>
          <w:szCs w:val="28"/>
        </w:rPr>
        <w:t>Platform</w:t>
      </w:r>
      <w:r w:rsidR="00B9156F" w:rsidRPr="005305DF">
        <w:rPr>
          <w:rFonts w:ascii="新細明體" w:eastAsia="新細明體" w:hAnsi="新細明體" w:hint="eastAsia"/>
          <w:sz w:val="28"/>
          <w:szCs w:val="28"/>
        </w:rPr>
        <w:t>（軟體平台</w:t>
      </w:r>
      <w:proofErr w:type="spellEnd"/>
      <w:r w:rsidR="00B9156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2B5F5B40" w14:textId="22AF4E0A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Chip</w:t>
      </w:r>
      <w:r w:rsidR="00B9156F" w:rsidRPr="005305DF">
        <w:rPr>
          <w:rFonts w:ascii="新細明體" w:eastAsia="新細明體" w:hAnsi="新細明體" w:hint="eastAsia"/>
          <w:sz w:val="28"/>
          <w:szCs w:val="28"/>
        </w:rPr>
        <w:t>（晶片）</w:t>
      </w:r>
    </w:p>
    <w:p w14:paraId="043C65B8" w14:textId="5EA72DC2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□ </w:t>
      </w:r>
      <w:proofErr w:type="spellStart"/>
      <w:r w:rsidRPr="005305DF">
        <w:rPr>
          <w:rFonts w:ascii="新細明體" w:eastAsia="新細明體" w:hAnsi="新細明體"/>
          <w:sz w:val="28"/>
          <w:szCs w:val="28"/>
        </w:rPr>
        <w:t>Sensor</w:t>
      </w:r>
      <w:r w:rsidR="00B9156F" w:rsidRPr="005305DF">
        <w:rPr>
          <w:rFonts w:ascii="新細明體" w:eastAsia="新細明體" w:hAnsi="新細明體" w:hint="eastAsia"/>
          <w:sz w:val="28"/>
          <w:szCs w:val="28"/>
        </w:rPr>
        <w:t>（感測器</w:t>
      </w:r>
      <w:proofErr w:type="spellEnd"/>
      <w:r w:rsidR="00B9156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373D806B" w14:textId="389113AD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□ New </w:t>
      </w:r>
      <w:proofErr w:type="spellStart"/>
      <w:r w:rsidRPr="005305DF">
        <w:rPr>
          <w:rFonts w:ascii="新細明體" w:eastAsia="新細明體" w:hAnsi="新細明體"/>
          <w:sz w:val="28"/>
          <w:szCs w:val="28"/>
        </w:rPr>
        <w:t>Materials</w:t>
      </w:r>
      <w:r w:rsidR="00B9156F" w:rsidRPr="005305DF">
        <w:rPr>
          <w:rFonts w:ascii="新細明體" w:eastAsia="新細明體" w:hAnsi="新細明體" w:hint="eastAsia"/>
          <w:sz w:val="28"/>
          <w:szCs w:val="28"/>
        </w:rPr>
        <w:t>（新材料</w:t>
      </w:r>
      <w:proofErr w:type="spellEnd"/>
      <w:r w:rsidR="00B9156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4D746CAD" w14:textId="37399EE2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□ </w:t>
      </w:r>
      <w:proofErr w:type="spellStart"/>
      <w:r w:rsidRPr="005305DF">
        <w:rPr>
          <w:rFonts w:ascii="新細明體" w:eastAsia="新細明體" w:hAnsi="新細明體"/>
          <w:sz w:val="28"/>
          <w:szCs w:val="28"/>
        </w:rPr>
        <w:t>Poster</w:t>
      </w:r>
      <w:r w:rsidR="00B9156F" w:rsidRPr="005305DF">
        <w:rPr>
          <w:rFonts w:ascii="新細明體" w:eastAsia="新細明體" w:hAnsi="新細明體" w:hint="eastAsia"/>
          <w:sz w:val="28"/>
          <w:szCs w:val="28"/>
        </w:rPr>
        <w:t>（海報</w:t>
      </w:r>
      <w:proofErr w:type="spellEnd"/>
      <w:r w:rsidR="00B9156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067A0098" w14:textId="0407B865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□ </w:t>
      </w:r>
      <w:proofErr w:type="spellStart"/>
      <w:r w:rsidRPr="005305DF">
        <w:rPr>
          <w:rFonts w:ascii="新細明體" w:eastAsia="新細明體" w:hAnsi="新細明體"/>
          <w:sz w:val="28"/>
          <w:szCs w:val="28"/>
        </w:rPr>
        <w:t>Video</w:t>
      </w:r>
      <w:r w:rsidR="00B9156F" w:rsidRPr="005305DF">
        <w:rPr>
          <w:rFonts w:ascii="新細明體" w:eastAsia="新細明體" w:hAnsi="新細明體" w:hint="eastAsia"/>
          <w:sz w:val="28"/>
          <w:szCs w:val="28"/>
        </w:rPr>
        <w:t>（影片</w:t>
      </w:r>
      <w:proofErr w:type="spellEnd"/>
      <w:r w:rsidR="00B9156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11756F3C" w14:textId="4E934D42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□ </w:t>
      </w:r>
      <w:proofErr w:type="spellStart"/>
      <w:r w:rsidRPr="005305DF">
        <w:rPr>
          <w:rFonts w:ascii="新細明體" w:eastAsia="新細明體" w:hAnsi="新細明體"/>
          <w:sz w:val="28"/>
          <w:szCs w:val="28"/>
        </w:rPr>
        <w:t>Other</w:t>
      </w:r>
      <w:r w:rsidR="00B9156F" w:rsidRPr="005305DF">
        <w:rPr>
          <w:rFonts w:ascii="新細明體" w:eastAsia="新細明體" w:hAnsi="新細明體" w:hint="eastAsia"/>
          <w:sz w:val="28"/>
          <w:szCs w:val="28"/>
        </w:rPr>
        <w:t>（其他</w:t>
      </w:r>
      <w:proofErr w:type="spellEnd"/>
      <w:r w:rsidR="00B9156F" w:rsidRPr="005305DF">
        <w:rPr>
          <w:rFonts w:ascii="新細明體" w:eastAsia="新細明體" w:hAnsi="新細明體" w:hint="eastAsia"/>
          <w:sz w:val="28"/>
          <w:szCs w:val="28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06F68773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6DC59B3F" w14:textId="77777777" w:rsidR="0036388A" w:rsidRPr="005305DF" w:rsidRDefault="0036388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6139041F" w14:textId="7777777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XIII. Pitch Session (5-minute proposal)</w:t>
      </w:r>
    </w:p>
    <w:p w14:paraId="6813C791" w14:textId="50D5403A" w:rsidR="007A1712" w:rsidRPr="005305DF" w:rsidRDefault="007A171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（提案會議，5分鐘提案）</w:t>
      </w:r>
    </w:p>
    <w:p w14:paraId="6360035C" w14:textId="06391FC0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Please provide Pitch Title</w:t>
      </w:r>
      <w:r w:rsidR="00D90499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 （</w:t>
      </w:r>
      <w:proofErr w:type="spellStart"/>
      <w:r w:rsidR="00D90499" w:rsidRPr="005305DF">
        <w:rPr>
          <w:rFonts w:ascii="新細明體" w:eastAsia="新細明體" w:hAnsi="新細明體" w:hint="eastAsia"/>
          <w:sz w:val="28"/>
          <w:szCs w:val="28"/>
        </w:rPr>
        <w:t>請提供</w:t>
      </w:r>
      <w:proofErr w:type="spellEnd"/>
      <w:r w:rsidR="00D90499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提案標題）</w:t>
      </w:r>
    </w:p>
    <w:p w14:paraId="756DC20D" w14:textId="135FF15E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>One-sentence introduction</w:t>
      </w:r>
      <w:r w:rsidR="00D90499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D90499" w:rsidRPr="005305DF">
        <w:rPr>
          <w:rFonts w:ascii="新細明體" w:eastAsia="新細明體" w:hAnsi="新細明體" w:hint="eastAsia"/>
          <w:sz w:val="28"/>
          <w:szCs w:val="28"/>
        </w:rPr>
        <w:t>一句話介紹</w:t>
      </w:r>
      <w:proofErr w:type="spellEnd"/>
      <w:r w:rsidR="00D90499" w:rsidRPr="005305DF">
        <w:rPr>
          <w:rFonts w:ascii="新細明體" w:eastAsia="新細明體" w:hAnsi="新細明體"/>
          <w:sz w:val="28"/>
          <w:szCs w:val="28"/>
          <w:lang w:eastAsia="zh-TW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10F9B185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7AF5992D" w14:textId="77777777" w:rsidR="0036388A" w:rsidRPr="005305DF" w:rsidRDefault="0036388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0EBA6091" w14:textId="7777777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XIV. Matchmaking Needs</w:t>
      </w:r>
    </w:p>
    <w:p w14:paraId="27FCA2F0" w14:textId="7E9F25C2" w:rsidR="005209CF" w:rsidRPr="005305DF" w:rsidRDefault="005209CF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Pr="005305DF">
        <w:rPr>
          <w:rFonts w:ascii="新細明體" w:eastAsia="新細明體" w:hAnsi="新細明體" w:hint="eastAsia"/>
          <w:sz w:val="28"/>
          <w:szCs w:val="28"/>
        </w:rPr>
        <w:t>媒合需求</w:t>
      </w:r>
      <w:proofErr w:type="spellEnd"/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</w:p>
    <w:p w14:paraId="1F174743" w14:textId="21183099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① Desired Type of Matchmaking Enterprises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5209CF" w:rsidRPr="005305DF">
        <w:rPr>
          <w:rFonts w:ascii="新細明體" w:eastAsia="新細明體" w:hAnsi="新細明體" w:hint="eastAsia"/>
          <w:sz w:val="28"/>
          <w:szCs w:val="28"/>
        </w:rPr>
        <w:t>希望媒合企業類型</w:t>
      </w:r>
      <w:proofErr w:type="spellEnd"/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5B158BBD" w14:textId="37063055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② Desired Number of Matchmaking Companies to Arrange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proofErr w:type="spellStart"/>
      <w:r w:rsidR="005209CF" w:rsidRPr="005305DF">
        <w:rPr>
          <w:rFonts w:ascii="新細明體" w:eastAsia="新細明體" w:hAnsi="新細明體" w:hint="eastAsia"/>
          <w:sz w:val="28"/>
          <w:szCs w:val="28"/>
        </w:rPr>
        <w:t>希望安排媒合家數</w:t>
      </w:r>
      <w:proofErr w:type="spellEnd"/>
      <w:r w:rsidR="005209CF" w:rsidRPr="005305DF">
        <w:rPr>
          <w:rFonts w:ascii="新細明體" w:eastAsia="新細明體" w:hAnsi="新細明體"/>
          <w:sz w:val="28"/>
          <w:szCs w:val="28"/>
          <w:lang w:eastAsia="zh-TW"/>
        </w:rPr>
        <w:t>）</w:t>
      </w:r>
      <w:r w:rsidRPr="005305DF">
        <w:rPr>
          <w:rFonts w:ascii="新細明體" w:eastAsia="新細明體" w:hAnsi="新細明體"/>
          <w:sz w:val="28"/>
          <w:szCs w:val="28"/>
        </w:rPr>
        <w:t>:</w:t>
      </w:r>
    </w:p>
    <w:p w14:paraId="410A3736" w14:textId="52F0980D" w:rsidR="005209CF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□ </w:t>
      </w:r>
      <w:r w:rsidR="00D7788C">
        <w:rPr>
          <w:rFonts w:ascii="新細明體" w:eastAsia="新細明體" w:hAnsi="新細明體" w:hint="eastAsia"/>
          <w:sz w:val="28"/>
          <w:szCs w:val="28"/>
          <w:lang w:eastAsia="zh-TW"/>
        </w:rPr>
        <w:t>3</w:t>
      </w:r>
      <w:r w:rsidRPr="005305DF">
        <w:rPr>
          <w:rFonts w:ascii="新細明體" w:eastAsia="新細明體" w:hAnsi="新細明體"/>
          <w:sz w:val="28"/>
          <w:szCs w:val="28"/>
        </w:rPr>
        <w:t xml:space="preserve"> Companies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 xml:space="preserve"> （</w:t>
      </w:r>
      <w:r w:rsidR="00D7788C">
        <w:rPr>
          <w:rFonts w:ascii="新細明體" w:eastAsia="新細明體" w:hAnsi="新細明體" w:hint="eastAsia"/>
          <w:sz w:val="28"/>
          <w:szCs w:val="28"/>
          <w:lang w:eastAsia="zh-TW"/>
        </w:rPr>
        <w:t>3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家</w:t>
      </w:r>
      <w:r w:rsidR="005209CF" w:rsidRPr="005305DF">
        <w:rPr>
          <w:rFonts w:ascii="新細明體" w:eastAsia="新細明體" w:hAnsi="新細明體"/>
          <w:sz w:val="28"/>
          <w:szCs w:val="28"/>
          <w:lang w:eastAsia="zh-TW"/>
        </w:rPr>
        <w:t>）</w:t>
      </w:r>
    </w:p>
    <w:p w14:paraId="627F71C8" w14:textId="34EAA03D" w:rsidR="005209CF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□ </w:t>
      </w:r>
      <w:r w:rsidR="00D7788C">
        <w:rPr>
          <w:rFonts w:ascii="新細明體" w:eastAsia="新細明體" w:hAnsi="新細明體" w:hint="eastAsia"/>
          <w:sz w:val="28"/>
          <w:szCs w:val="28"/>
          <w:lang w:eastAsia="zh-TW"/>
        </w:rPr>
        <w:t>5</w:t>
      </w:r>
      <w:r w:rsidRPr="005305DF">
        <w:rPr>
          <w:rFonts w:ascii="新細明體" w:eastAsia="新細明體" w:hAnsi="新細明體"/>
          <w:sz w:val="28"/>
          <w:szCs w:val="28"/>
        </w:rPr>
        <w:t xml:space="preserve"> Companies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r w:rsidR="00D7788C">
        <w:rPr>
          <w:rFonts w:ascii="新細明體" w:eastAsia="新細明體" w:hAnsi="新細明體" w:hint="eastAsia"/>
          <w:sz w:val="28"/>
          <w:szCs w:val="28"/>
          <w:lang w:eastAsia="zh-TW"/>
        </w:rPr>
        <w:t>5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家</w:t>
      </w:r>
      <w:r w:rsidR="005209CF" w:rsidRPr="005305DF">
        <w:rPr>
          <w:rFonts w:ascii="新細明體" w:eastAsia="新細明體" w:hAnsi="新細明體"/>
          <w:sz w:val="28"/>
          <w:szCs w:val="28"/>
          <w:lang w:eastAsia="zh-TW"/>
        </w:rPr>
        <w:t>）</w:t>
      </w:r>
    </w:p>
    <w:p w14:paraId="015F6798" w14:textId="40ADA5D7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  <w:r w:rsidRPr="005305DF">
        <w:rPr>
          <w:rFonts w:ascii="新細明體" w:eastAsia="新細明體" w:hAnsi="新細明體"/>
          <w:sz w:val="28"/>
          <w:szCs w:val="28"/>
        </w:rPr>
        <w:t xml:space="preserve">□ </w:t>
      </w:r>
      <w:r w:rsidR="00D7788C">
        <w:rPr>
          <w:rFonts w:ascii="新細明體" w:eastAsia="新細明體" w:hAnsi="新細明體" w:hint="eastAsia"/>
          <w:sz w:val="28"/>
          <w:szCs w:val="28"/>
          <w:lang w:eastAsia="zh-TW"/>
        </w:rPr>
        <w:t>8</w:t>
      </w:r>
      <w:r w:rsidRPr="005305DF">
        <w:rPr>
          <w:rFonts w:ascii="新細明體" w:eastAsia="新細明體" w:hAnsi="新細明體"/>
          <w:sz w:val="28"/>
          <w:szCs w:val="28"/>
        </w:rPr>
        <w:t>+ Companies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r w:rsidR="00D7788C">
        <w:rPr>
          <w:rFonts w:ascii="新細明體" w:eastAsia="新細明體" w:hAnsi="新細明體" w:hint="eastAsia"/>
          <w:sz w:val="28"/>
          <w:szCs w:val="28"/>
          <w:lang w:eastAsia="zh-TW"/>
        </w:rPr>
        <w:t>8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家以上</w:t>
      </w:r>
      <w:r w:rsidR="005209CF" w:rsidRPr="005305DF">
        <w:rPr>
          <w:rFonts w:ascii="新細明體" w:eastAsia="新細明體" w:hAnsi="新細明體"/>
          <w:sz w:val="28"/>
          <w:szCs w:val="28"/>
          <w:lang w:eastAsia="zh-TW"/>
        </w:rPr>
        <w:t>）</w:t>
      </w:r>
    </w:p>
    <w:p w14:paraId="529285BF" w14:textId="77777777" w:rsidR="007B44A2" w:rsidRPr="005305DF" w:rsidRDefault="007B44A2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641830DC" w14:textId="77777777" w:rsidR="0036388A" w:rsidRPr="005305DF" w:rsidRDefault="0036388A" w:rsidP="00103CED">
      <w:pPr>
        <w:spacing w:after="0" w:line="440" w:lineRule="exact"/>
        <w:rPr>
          <w:rFonts w:ascii="新細明體" w:eastAsia="新細明體" w:hAnsi="新細明體"/>
          <w:sz w:val="28"/>
          <w:szCs w:val="28"/>
          <w:lang w:eastAsia="zh-TW"/>
        </w:rPr>
      </w:pPr>
    </w:p>
    <w:p w14:paraId="17674BD9" w14:textId="69775C69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</w:rPr>
      </w:pPr>
      <w:r w:rsidRPr="005305DF">
        <w:rPr>
          <w:rFonts w:ascii="新細明體" w:eastAsia="新細明體" w:hAnsi="新細明體"/>
          <w:b/>
          <w:bCs/>
          <w:sz w:val="28"/>
          <w:szCs w:val="28"/>
        </w:rPr>
        <w:t>XV. Attachments, please provide electronic files:</w:t>
      </w:r>
    </w:p>
    <w:p w14:paraId="45FC7F35" w14:textId="02A8F5AA" w:rsidR="005209CF" w:rsidRPr="005305DF" w:rsidRDefault="005209CF" w:rsidP="00103CED">
      <w:pPr>
        <w:spacing w:after="0" w:line="440" w:lineRule="exact"/>
        <w:rPr>
          <w:rFonts w:ascii="新細明體" w:eastAsia="新細明體" w:hAnsi="新細明體"/>
          <w:b/>
          <w:bCs/>
          <w:sz w:val="28"/>
          <w:szCs w:val="28"/>
          <w:lang w:eastAsia="zh-TW"/>
        </w:rPr>
      </w:pPr>
      <w:r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（附件，請提供電子檔）</w:t>
      </w:r>
    </w:p>
    <w:p w14:paraId="70D58624" w14:textId="4A55D5CB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Technology Presentation (PDF)</w:t>
      </w:r>
      <w:r w:rsidR="005209CF" w:rsidRPr="005305DF"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209CF" w:rsidRPr="005305DF">
        <w:rPr>
          <w:rFonts w:ascii="新細明體" w:eastAsia="新細明體" w:hAnsi="新細明體" w:hint="eastAsia"/>
          <w:sz w:val="28"/>
          <w:szCs w:val="28"/>
        </w:rPr>
        <w:t>技術簡報</w:t>
      </w:r>
      <w:proofErr w:type="spellEnd"/>
      <w:r w:rsidR="005209C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4A8809C4" w14:textId="09C8AC7C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Technology Introduction (One Page)</w:t>
      </w:r>
      <w:r w:rsidR="005209CF" w:rsidRPr="005305DF"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209CF" w:rsidRPr="005305DF">
        <w:rPr>
          <w:rFonts w:ascii="新細明體" w:eastAsia="新細明體" w:hAnsi="新細明體" w:hint="eastAsia"/>
          <w:sz w:val="28"/>
          <w:szCs w:val="28"/>
        </w:rPr>
        <w:t>技術介紹</w:t>
      </w:r>
      <w:proofErr w:type="spellEnd"/>
      <w:r w:rsidR="005209C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5FEB7340" w14:textId="59F7B951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Prototype Photos</w:t>
      </w:r>
      <w:r w:rsidR="005209CF" w:rsidRPr="005305DF"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209CF" w:rsidRPr="005305DF">
        <w:rPr>
          <w:rFonts w:ascii="新細明體" w:eastAsia="新細明體" w:hAnsi="新細明體" w:hint="eastAsia"/>
          <w:sz w:val="28"/>
          <w:szCs w:val="28"/>
        </w:rPr>
        <w:t>Prototype照片</w:t>
      </w:r>
      <w:proofErr w:type="spellEnd"/>
      <w:r w:rsidR="005209C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66B1504A" w14:textId="0F8D39D6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Patent Information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209CF" w:rsidRPr="005305DF">
        <w:rPr>
          <w:rFonts w:ascii="新細明體" w:eastAsia="新細明體" w:hAnsi="新細明體" w:hint="eastAsia"/>
          <w:sz w:val="28"/>
          <w:szCs w:val="28"/>
        </w:rPr>
        <w:t>專利資料</w:t>
      </w:r>
      <w:proofErr w:type="spellEnd"/>
      <w:r w:rsidR="005209C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3B621241" w14:textId="37F07F50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Product Video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209CF" w:rsidRPr="005305DF">
        <w:rPr>
          <w:rFonts w:ascii="新細明體" w:eastAsia="新細明體" w:hAnsi="新細明體" w:hint="eastAsia"/>
          <w:sz w:val="28"/>
          <w:szCs w:val="28"/>
        </w:rPr>
        <w:t>產品影片</w:t>
      </w:r>
      <w:proofErr w:type="spellEnd"/>
      <w:r w:rsidR="005209C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3C632C9E" w14:textId="5E5BFB68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Experimental Results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209CF" w:rsidRPr="005305DF">
        <w:rPr>
          <w:rFonts w:ascii="新細明體" w:eastAsia="新細明體" w:hAnsi="新細明體" w:hint="eastAsia"/>
          <w:sz w:val="28"/>
          <w:szCs w:val="28"/>
        </w:rPr>
        <w:t>實驗成果</w:t>
      </w:r>
      <w:proofErr w:type="spellEnd"/>
      <w:r w:rsidR="005209C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p w14:paraId="43B37D8B" w14:textId="2050FF39" w:rsidR="00DD2D78" w:rsidRPr="005305DF" w:rsidRDefault="00000000" w:rsidP="00103CED">
      <w:pPr>
        <w:spacing w:after="0" w:line="440" w:lineRule="exact"/>
        <w:rPr>
          <w:rFonts w:ascii="新細明體" w:eastAsia="新細明體" w:hAnsi="新細明體"/>
          <w:sz w:val="28"/>
          <w:szCs w:val="28"/>
        </w:rPr>
      </w:pPr>
      <w:r w:rsidRPr="005305DF">
        <w:rPr>
          <w:rFonts w:ascii="新細明體" w:eastAsia="新細明體" w:hAnsi="新細明體"/>
          <w:sz w:val="28"/>
          <w:szCs w:val="28"/>
        </w:rPr>
        <w:t>□ Company / Spin-off Introduction</w:t>
      </w:r>
      <w:r w:rsidR="005209CF" w:rsidRPr="005305DF">
        <w:rPr>
          <w:rFonts w:ascii="新細明體" w:eastAsia="新細明體" w:hAnsi="新細明體" w:hint="eastAsia"/>
          <w:sz w:val="28"/>
          <w:szCs w:val="28"/>
          <w:lang w:eastAsia="zh-TW"/>
        </w:rPr>
        <w:t>（</w:t>
      </w:r>
      <w:proofErr w:type="spellStart"/>
      <w:r w:rsidR="005209CF" w:rsidRPr="005305DF">
        <w:rPr>
          <w:rFonts w:ascii="新細明體" w:eastAsia="新細明體" w:hAnsi="新細明體" w:hint="eastAsia"/>
          <w:sz w:val="28"/>
          <w:szCs w:val="28"/>
        </w:rPr>
        <w:t>公司／Spin-off介紹</w:t>
      </w:r>
      <w:proofErr w:type="spellEnd"/>
      <w:r w:rsidR="005209CF" w:rsidRPr="005305DF">
        <w:rPr>
          <w:rFonts w:ascii="新細明體" w:eastAsia="新細明體" w:hAnsi="新細明體" w:hint="eastAsia"/>
          <w:sz w:val="28"/>
          <w:szCs w:val="28"/>
        </w:rPr>
        <w:t>）</w:t>
      </w:r>
    </w:p>
    <w:sectPr w:rsidR="00DD2D78" w:rsidRPr="005305DF" w:rsidSect="0036388A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8924F" w14:textId="77777777" w:rsidR="0085034C" w:rsidRDefault="0085034C" w:rsidP="001D3B8A">
      <w:pPr>
        <w:spacing w:after="0" w:line="240" w:lineRule="auto"/>
      </w:pPr>
      <w:r>
        <w:separator/>
      </w:r>
    </w:p>
  </w:endnote>
  <w:endnote w:type="continuationSeparator" w:id="0">
    <w:p w14:paraId="16E9D7C2" w14:textId="77777777" w:rsidR="0085034C" w:rsidRDefault="0085034C" w:rsidP="001D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3C4D0" w14:textId="77777777" w:rsidR="0085034C" w:rsidRDefault="0085034C" w:rsidP="001D3B8A">
      <w:pPr>
        <w:spacing w:after="0" w:line="240" w:lineRule="auto"/>
      </w:pPr>
      <w:r>
        <w:separator/>
      </w:r>
    </w:p>
  </w:footnote>
  <w:footnote w:type="continuationSeparator" w:id="0">
    <w:p w14:paraId="52F220CE" w14:textId="77777777" w:rsidR="0085034C" w:rsidRDefault="0085034C" w:rsidP="001D3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9358542">
    <w:abstractNumId w:val="8"/>
  </w:num>
  <w:num w:numId="2" w16cid:durableId="1765421392">
    <w:abstractNumId w:val="6"/>
  </w:num>
  <w:num w:numId="3" w16cid:durableId="1981956638">
    <w:abstractNumId w:val="5"/>
  </w:num>
  <w:num w:numId="4" w16cid:durableId="744257202">
    <w:abstractNumId w:val="4"/>
  </w:num>
  <w:num w:numId="5" w16cid:durableId="1980960846">
    <w:abstractNumId w:val="7"/>
  </w:num>
  <w:num w:numId="6" w16cid:durableId="1435053636">
    <w:abstractNumId w:val="3"/>
  </w:num>
  <w:num w:numId="7" w16cid:durableId="603150738">
    <w:abstractNumId w:val="2"/>
  </w:num>
  <w:num w:numId="8" w16cid:durableId="834954194">
    <w:abstractNumId w:val="1"/>
  </w:num>
  <w:num w:numId="9" w16cid:durableId="114592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76F3"/>
    <w:rsid w:val="00103CED"/>
    <w:rsid w:val="0015074B"/>
    <w:rsid w:val="00186EC6"/>
    <w:rsid w:val="001D3B8A"/>
    <w:rsid w:val="001F3B27"/>
    <w:rsid w:val="0029639D"/>
    <w:rsid w:val="0031660A"/>
    <w:rsid w:val="00326F90"/>
    <w:rsid w:val="0036388A"/>
    <w:rsid w:val="005209CF"/>
    <w:rsid w:val="005305DF"/>
    <w:rsid w:val="0056383B"/>
    <w:rsid w:val="005D16EF"/>
    <w:rsid w:val="00693E3E"/>
    <w:rsid w:val="006A7E80"/>
    <w:rsid w:val="007448B0"/>
    <w:rsid w:val="007623B2"/>
    <w:rsid w:val="00765E97"/>
    <w:rsid w:val="00770B8B"/>
    <w:rsid w:val="0078013D"/>
    <w:rsid w:val="00780F03"/>
    <w:rsid w:val="007A1712"/>
    <w:rsid w:val="007B44A2"/>
    <w:rsid w:val="0085034C"/>
    <w:rsid w:val="0092193A"/>
    <w:rsid w:val="00984886"/>
    <w:rsid w:val="00994FE1"/>
    <w:rsid w:val="009F7C49"/>
    <w:rsid w:val="00AA1D8D"/>
    <w:rsid w:val="00B47730"/>
    <w:rsid w:val="00B9156F"/>
    <w:rsid w:val="00CB0664"/>
    <w:rsid w:val="00D16862"/>
    <w:rsid w:val="00D27E3A"/>
    <w:rsid w:val="00D7788C"/>
    <w:rsid w:val="00D90499"/>
    <w:rsid w:val="00DD2D78"/>
    <w:rsid w:val="00E349B2"/>
    <w:rsid w:val="00F26ECD"/>
    <w:rsid w:val="00F9305B"/>
    <w:rsid w:val="00FC693F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100E74"/>
  <w14:defaultImageDpi w14:val="300"/>
  <w15:docId w15:val="{BF582FB6-7A8E-42F4-8D94-CEA692F5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6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Sophia  Ting</cp:lastModifiedBy>
  <cp:revision>2</cp:revision>
  <cp:lastPrinted>2026-08-10T01:47:00Z</cp:lastPrinted>
  <dcterms:created xsi:type="dcterms:W3CDTF">2026-08-10T08:29:00Z</dcterms:created>
  <dcterms:modified xsi:type="dcterms:W3CDTF">2026-08-10T08:29:00Z</dcterms:modified>
  <cp:category/>
</cp:coreProperties>
</file>